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Formularz reklamacji</w:t>
      </w:r>
    </w:p>
    <w:p>
      <w:pPr>
        <w:pStyle w:val="Heading1"/>
      </w:pPr>
      <w:r>
        <w:t>1. DANE ZGŁASZAJĄCEGO (Zleceniodawcy)</w:t>
      </w:r>
    </w:p>
    <w:p>
      <w:r>
        <w:rPr>
          <w:b/>
        </w:rPr>
        <w:t xml:space="preserve">Nazwa firmy / Imię i nazwisko: </w:t>
      </w:r>
      <w:r>
        <w:t>............................................................</w:t>
      </w:r>
    </w:p>
    <w:p>
      <w:r>
        <w:rPr>
          <w:b/>
        </w:rPr>
        <w:t xml:space="preserve">NIP (w przypadku firm): </w:t>
      </w:r>
      <w:r>
        <w:t>........................................................................</w:t>
      </w:r>
    </w:p>
    <w:p>
      <w:r>
        <w:rPr>
          <w:b/>
        </w:rPr>
        <w:t xml:space="preserve">Adres e-mail: </w:t>
      </w:r>
      <w:r>
        <w:t>..........................................................................................</w:t>
      </w:r>
    </w:p>
    <w:p>
      <w:r>
        <w:rPr>
          <w:b/>
        </w:rPr>
        <w:t xml:space="preserve">Numer telefonu: </w:t>
      </w:r>
      <w:r>
        <w:t>.....................................................................................</w:t>
      </w:r>
    </w:p>
    <w:p>
      <w:pPr>
        <w:pStyle w:val="Heading1"/>
      </w:pPr>
      <w:r>
        <w:t>2. DANE DOTYCZĄCE ZAMÓWIENIA</w:t>
      </w:r>
    </w:p>
    <w:p>
      <w:r>
        <w:rPr>
          <w:b/>
        </w:rPr>
        <w:t xml:space="preserve">Numer zamówienia / faktury: </w:t>
      </w:r>
      <w:r>
        <w:t>...............................................................</w:t>
      </w:r>
    </w:p>
    <w:p>
      <w:r>
        <w:rPr>
          <w:b/>
        </w:rPr>
        <w:t xml:space="preserve">Data odebrania towaru: </w:t>
      </w:r>
      <w:r>
        <w:t>..........................................................................</w:t>
      </w:r>
    </w:p>
    <w:p>
      <w:pPr>
        <w:pStyle w:val="Heading1"/>
      </w:pPr>
      <w:r>
        <w:t>3. PRZEDMIOT REKLAMACJI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38"/>
        <w:gridCol w:w="1304"/>
        <w:gridCol w:w="1417"/>
        <w:gridCol w:w="4706"/>
      </w:tblGrid>
      <w:tr>
        <w:trPr>
          <w:trHeight w:val="907" w:hRule="atLeast"/>
          <w:cantSplit/>
          <w:tblHeader/>
        </w:trPr>
        <w:tc>
          <w:tcPr>
            <w:tcW w:type="dxa" w:w="243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2F2F2"/>
          </w:tcPr>
          <w:p>
            <w:pPr>
              <w:spacing w:after="0" w:line="240" w:lineRule="auto"/>
            </w:pPr>
            <w:r>
              <w:rPr>
                <w:b/>
                <w:sz w:val="17"/>
              </w:rPr>
              <w:t>Nazwa gadżetu</w:t>
            </w:r>
          </w:p>
        </w:tc>
        <w:tc>
          <w:tcPr>
            <w:tcW w:type="dxa" w:w="1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Ilość zamówiona</w:t>
            </w:r>
          </w:p>
        </w:tc>
        <w:tc>
          <w:tcPr>
            <w:tcW w:type="dxa" w:w="141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2F2F2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Ilość reklamowana</w:t>
            </w:r>
          </w:p>
        </w:tc>
        <w:tc>
          <w:tcPr>
            <w:tcW w:type="dxa" w:w="470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2F2F2"/>
          </w:tcPr>
          <w:p>
            <w:pPr>
              <w:spacing w:after="0" w:line="240" w:lineRule="auto"/>
            </w:pPr>
            <w:r>
              <w:rPr>
                <w:b/>
                <w:sz w:val="17"/>
              </w:rPr>
              <w:t>Opis wady (np. błędny nadruk, uszkodzenie mechaniczne, niedziałający mechanizm)</w:t>
            </w:r>
          </w:p>
        </w:tc>
      </w:tr>
      <w:tr>
        <w:trPr>
          <w:trHeight w:val="794" w:hRule="atLeast"/>
          <w:cantSplit/>
        </w:trPr>
        <w:tc>
          <w:tcPr>
            <w:tcW w:type="dxa" w:w="243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1.</w:t>
            </w:r>
          </w:p>
        </w:tc>
        <w:tc>
          <w:tcPr>
            <w:tcW w:type="dxa" w:w="1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41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70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794" w:hRule="atLeast"/>
          <w:cantSplit/>
        </w:trPr>
        <w:tc>
          <w:tcPr>
            <w:tcW w:type="dxa" w:w="243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2.</w:t>
            </w:r>
          </w:p>
        </w:tc>
        <w:tc>
          <w:tcPr>
            <w:tcW w:type="dxa" w:w="1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41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70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794" w:hRule="atLeast"/>
          <w:cantSplit/>
        </w:trPr>
        <w:tc>
          <w:tcPr>
            <w:tcW w:type="dxa" w:w="243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3.</w:t>
            </w:r>
          </w:p>
        </w:tc>
        <w:tc>
          <w:tcPr>
            <w:tcW w:type="dxa" w:w="1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41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70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>4. ŻĄDANIE REKLAMUJĄCEGO (proszę zaznaczyć właściwe)</w:t>
      </w:r>
    </w:p>
    <w:p>
      <w:r>
        <w:rPr>
          <w:rFonts w:ascii="Arial Unicode MS" w:hAnsi="Arial Unicode MS"/>
        </w:rPr>
        <w:t xml:space="preserve">☐  </w:t>
      </w:r>
      <w:r>
        <w:rPr>
          <w:b/>
        </w:rPr>
        <w:t>Wymiana towaru</w:t>
      </w:r>
      <w:r>
        <w:t xml:space="preserve"> na wolny od wad (ponowne wykonanie / dodruk)</w:t>
      </w:r>
    </w:p>
    <w:p>
      <w:r>
        <w:rPr>
          <w:rFonts w:ascii="Arial Unicode MS" w:hAnsi="Arial Unicode MS"/>
        </w:rPr>
        <w:t xml:space="preserve">☐  </w:t>
      </w:r>
      <w:r>
        <w:rPr>
          <w:b/>
        </w:rPr>
        <w:t>Obniżenie ceny</w:t>
      </w:r>
      <w:r>
        <w:t xml:space="preserve"> o kwotę ..................... zł</w:t>
      </w:r>
    </w:p>
    <w:p>
      <w:r>
        <w:rPr>
          <w:rFonts w:ascii="Arial Unicode MS" w:hAnsi="Arial Unicode MS"/>
        </w:rPr>
        <w:t xml:space="preserve">☐  </w:t>
      </w:r>
      <w:r>
        <w:rPr>
          <w:b/>
        </w:rPr>
        <w:t>Zwrot gotówki</w:t>
      </w:r>
      <w:r>
        <w:t xml:space="preserve"> (odstąpienie od umowy – tylko w przypadku wad istotnych)</w:t>
      </w:r>
    </w:p>
    <w:p>
      <w:r>
        <w:rPr>
          <w:rFonts w:ascii="Arial Unicode MS" w:hAnsi="Arial Unicode MS"/>
        </w:rPr>
        <w:t xml:space="preserve">☐  </w:t>
      </w:r>
      <w:r>
        <w:rPr>
          <w:b/>
        </w:rPr>
        <w:t>Naprawa towaru</w:t>
      </w:r>
      <w:r/>
    </w:p>
    <w:p>
      <w:pPr>
        <w:pStyle w:val="Heading1"/>
      </w:pPr>
      <w:r>
        <w:t>5. DANE DO ZWROTU ŚRODKÓW (jeśli dotyczy)</w:t>
      </w:r>
    </w:p>
    <w:p>
      <w:r>
        <w:rPr>
          <w:b/>
        </w:rPr>
        <w:t>Numer konta bankowego:</w:t>
      </w:r>
    </w:p>
    <w:p>
      <w:pPr>
        <w:spacing w:after="120"/>
      </w:pPr>
      <w:r>
        <w:t>_ _ _ _ _ _ _ _ _ _ _ _ _ _ _ _ _ _ _ _ _ _ _ _ _ _</w:t>
      </w:r>
    </w:p>
    <w:p>
      <w:r>
        <w:rPr>
          <w:b/>
        </w:rPr>
        <w:t xml:space="preserve">Nazwa odbiorcy: </w:t>
      </w:r>
      <w:r>
        <w:t>....................................................................................</w:t>
      </w:r>
    </w:p>
    <w:p>
      <w:pPr>
        <w:pStyle w:val="Heading1"/>
      </w:pPr>
      <w:r>
        <w:t>6. ZAŁĄCZNIKI (proszę zaznaczyć)</w:t>
      </w:r>
    </w:p>
    <w:p>
      <w:r>
        <w:rPr>
          <w:rFonts w:ascii="Arial Unicode MS" w:hAnsi="Arial Unicode MS"/>
        </w:rPr>
        <w:t xml:space="preserve">☐  </w:t>
      </w:r>
      <w:r>
        <w:t>Zdjęcia wadliwego towaru (zalecane do szybszego rozpatrzenia)</w:t>
      </w:r>
    </w:p>
    <w:p>
      <w:r>
        <w:rPr>
          <w:rFonts w:ascii="Arial Unicode MS" w:hAnsi="Arial Unicode MS"/>
        </w:rPr>
        <w:t xml:space="preserve">☐  </w:t>
      </w:r>
      <w:r>
        <w:t>Odsyłany wadliwy towar (fizyczna próbka / cała partia)</w:t>
      </w:r>
    </w:p>
    <w:p>
      <w:r>
        <w:rPr>
          <w:rFonts w:ascii="Arial Unicode MS" w:hAnsi="Arial Unicode MS"/>
        </w:rPr>
        <w:t xml:space="preserve">☐  </w:t>
      </w:r>
      <w:r>
        <w:t>Kopia dowodu zakupu (faktura / paragon)</w:t>
      </w:r>
    </w:p>
    <w:p>
      <w:pPr>
        <w:spacing w:before="240" w:after="20"/>
        <w:jc w:val="right"/>
      </w:pPr>
      <w:r>
        <w:t>...........................................................</w:t>
      </w:r>
    </w:p>
    <w:p>
      <w:pPr>
        <w:jc w:val="right"/>
      </w:pPr>
      <w:r>
        <w:rPr>
          <w:i/>
          <w:sz w:val="18"/>
        </w:rPr>
        <w:t>(Podpis osoby zgłaszającej reklamację)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reklamacji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